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828800" cy="1828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hatGPT Image Jun 10, 2025, 10_52_34 AM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Montserrat" w:hAnsi="Montserrat"/>
          <w:b/>
          <w:sz w:val="32"/>
        </w:rPr>
        <w:t>Aglow Kids Ministry</w:t>
        <w:br/>
        <w:t>Child Registration &amp; Consent Form</w:t>
      </w:r>
    </w:p>
    <w:p>
      <w:pPr>
        <w:jc w:val="center"/>
      </w:pPr>
      <w:r>
        <w:t>Park Harbor Church</w:t>
        <w:br/>
        <w:t>1615 Texas Ave S</w:t>
        <w:br/>
        <w:t>St. Louis Park, MN 55426</w:t>
        <w:br/>
      </w:r>
    </w:p>
    <w:p>
      <w:r>
        <w:rPr>
          <w:rFonts w:ascii="Montserrat" w:hAnsi="Montserrat"/>
          <w:b/>
          <w:sz w:val="26"/>
        </w:rPr>
        <w:t>Child Information</w:t>
      </w:r>
    </w:p>
    <w:p>
      <w:r>
        <w:t>Child’s Name: ______________________________</w:t>
      </w:r>
    </w:p>
    <w:p>
      <w:r>
        <w:t>Date of Birth: ______________________________</w:t>
      </w:r>
    </w:p>
    <w:p>
      <w:r>
        <w:t>Age: ______________________________</w:t>
      </w:r>
    </w:p>
    <w:p>
      <w:r>
        <w:t>Gender: ______________________________</w:t>
      </w:r>
    </w:p>
    <w:p>
      <w:r>
        <w:t>Address: ______________________________</w:t>
      </w:r>
    </w:p>
    <w:p>
      <w:r>
        <w:rPr>
          <w:rFonts w:ascii="Montserrat" w:hAnsi="Montserrat"/>
          <w:b/>
          <w:sz w:val="26"/>
        </w:rPr>
        <w:t>Parent/Guardian Information</w:t>
      </w:r>
    </w:p>
    <w:p>
      <w:r>
        <w:t>Parent/Guardian Name: ______________________________</w:t>
      </w:r>
    </w:p>
    <w:p>
      <w:r>
        <w:t>Phone: ______________________________</w:t>
      </w:r>
    </w:p>
    <w:p>
      <w:r>
        <w:t>Email: ______________________________</w:t>
      </w:r>
    </w:p>
    <w:p>
      <w:r>
        <w:rPr>
          <w:rFonts w:ascii="Montserrat" w:hAnsi="Montserrat"/>
          <w:b/>
          <w:sz w:val="26"/>
        </w:rPr>
        <w:t>Authorized Pickup</w:t>
      </w:r>
    </w:p>
    <w:p>
      <w:r>
        <w:t>Authorized to pick up child: ______________________________</w:t>
      </w:r>
    </w:p>
    <w:p>
      <w:r>
        <w:t>Not authorized to pick up child: ______________________________</w:t>
      </w:r>
    </w:p>
    <w:p>
      <w:r>
        <w:rPr>
          <w:rFonts w:ascii="Montserrat" w:hAnsi="Montserrat"/>
          <w:b/>
          <w:sz w:val="26"/>
        </w:rPr>
        <w:t>Medical Information</w:t>
      </w:r>
    </w:p>
    <w:p>
      <w:r>
        <w:t>Allergies: ______________________________</w:t>
      </w:r>
    </w:p>
    <w:p>
      <w:r>
        <w:t>Medications: ______________________________</w:t>
      </w:r>
    </w:p>
    <w:p>
      <w:r>
        <w:t>Medical Conditions: ______________________________</w:t>
      </w:r>
    </w:p>
    <w:p>
      <w:r>
        <w:rPr>
          <w:rFonts w:ascii="Montserrat" w:hAnsi="Montserrat"/>
          <w:b/>
          <w:sz w:val="26"/>
        </w:rPr>
        <w:t>Emergency Contact</w:t>
      </w:r>
    </w:p>
    <w:p>
      <w:r>
        <w:t>Name: ______________________________</w:t>
      </w:r>
    </w:p>
    <w:p>
      <w:r>
        <w:t>Relationship: ______________________________</w:t>
      </w:r>
    </w:p>
    <w:p>
      <w:r>
        <w:t>Phone: ______________________________</w:t>
      </w:r>
    </w:p>
    <w:p>
      <w:r>
        <w:rPr>
          <w:rFonts w:ascii="Montserrat" w:hAnsi="Montserrat"/>
          <w:b/>
          <w:sz w:val="24"/>
        </w:rPr>
        <w:t>⚠️ For your child’s safety, children will only be released to an approved parent or guardian. Photo ID may be requested if the individual is not recognized.</w:t>
      </w:r>
    </w:p>
    <w:p>
      <w:r>
        <w:rPr>
          <w:rFonts w:ascii="Montserrat" w:hAnsi="Montserrat"/>
          <w:b/>
          <w:sz w:val="26"/>
        </w:rPr>
        <w:t>Consent &amp; Release</w:t>
      </w:r>
    </w:p>
    <w:p>
      <w:r>
        <w:t>I give permission for my child to participate in Aglow Kids Ministry activities. I understand that all reasonable safety precautions will be taken. I agree to partner with the ministry and release Park Harbor Church and its volunteers from liability.</w:t>
      </w:r>
    </w:p>
    <w:p>
      <w:r>
        <w:t>Signature: __________________________    Date: __________</w:t>
      </w:r>
    </w:p>
    <w:p>
      <w:r>
        <w:rPr>
          <w:rFonts w:ascii="Montserrat" w:hAnsi="Montserrat"/>
          <w:b/>
          <w:sz w:val="26"/>
        </w:rPr>
        <w:t>Photo Release</w:t>
      </w:r>
    </w:p>
    <w:p>
      <w:r>
        <w:t>I give permission for photos/videos of my child to be used for ministry purposes.</w:t>
      </w:r>
    </w:p>
    <w:p>
      <w:r>
        <w:t>Signature: __________________________    Date: 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ontserrat" w:hAnsi="Montserrat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